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28CB7" w14:textId="67B10623" w:rsidR="00F436E4" w:rsidRDefault="003624CD">
      <w:pPr>
        <w:pStyle w:val="1"/>
        <w:jc w:val="center"/>
        <w:rPr>
          <w:lang w:eastAsia="ja-JP"/>
        </w:rPr>
      </w:pPr>
      <w:r>
        <w:rPr>
          <w:lang w:eastAsia="ja-JP"/>
        </w:rPr>
        <w:t>グローバル補助金プロジェクト終了報告書（</w:t>
      </w:r>
      <w:r w:rsidR="00B61BFB">
        <w:rPr>
          <w:rFonts w:hint="eastAsia"/>
          <w:lang w:eastAsia="ja-JP"/>
        </w:rPr>
        <w:t>玉名</w:t>
      </w:r>
      <w:r w:rsidR="00B61BFB">
        <w:rPr>
          <w:rFonts w:hint="eastAsia"/>
          <w:lang w:eastAsia="ja-JP"/>
        </w:rPr>
        <w:t>RC</w:t>
      </w:r>
      <w:r w:rsidR="00B61BFB">
        <w:rPr>
          <w:rFonts w:hint="eastAsia"/>
          <w:lang w:eastAsia="ja-JP"/>
        </w:rPr>
        <w:t>）</w:t>
      </w:r>
    </w:p>
    <w:p w14:paraId="4ACD14AF" w14:textId="77777777" w:rsidR="00F436E4" w:rsidRDefault="003624CD">
      <w:pPr>
        <w:pStyle w:val="21"/>
        <w:rPr>
          <w:lang w:eastAsia="ja-JP"/>
        </w:rPr>
      </w:pPr>
      <w:r>
        <w:rPr>
          <w:lang w:eastAsia="ja-JP"/>
        </w:rPr>
        <w:t xml:space="preserve">1. </w:t>
      </w:r>
      <w:r>
        <w:rPr>
          <w:lang w:eastAsia="ja-JP"/>
        </w:rPr>
        <w:t>基本情報</w:t>
      </w:r>
    </w:p>
    <w:p w14:paraId="389F4D00" w14:textId="72590D3E" w:rsidR="00F436E4" w:rsidRDefault="00865E94">
      <w:pPr>
        <w:rPr>
          <w:lang w:eastAsia="ja-JP"/>
        </w:rPr>
      </w:pPr>
      <w:r>
        <w:rPr>
          <w:rFonts w:hint="eastAsia"/>
          <w:lang w:eastAsia="ja-JP"/>
        </w:rPr>
        <w:t>・</w:t>
      </w:r>
      <w:r>
        <w:rPr>
          <w:lang w:eastAsia="ja-JP"/>
        </w:rPr>
        <w:t>プロジェクト名：</w:t>
      </w:r>
      <w:r w:rsidR="00F93E46" w:rsidRPr="00F93E46">
        <w:rPr>
          <w:rFonts w:hint="eastAsia"/>
          <w:lang w:eastAsia="ja-JP"/>
        </w:rPr>
        <w:t>苗栗県寝たきり患者医療総合ケア計画</w:t>
      </w:r>
      <w:r w:rsidR="00F93E46">
        <w:rPr>
          <w:rFonts w:hint="eastAsia"/>
          <w:lang w:eastAsia="ja-JP"/>
        </w:rPr>
        <w:t xml:space="preserve">　</w:t>
      </w:r>
      <w:r w:rsidR="00F93E46" w:rsidRPr="00F93E46">
        <w:rPr>
          <w:rFonts w:hint="eastAsia"/>
          <w:lang w:eastAsia="ja-JP"/>
        </w:rPr>
        <w:t>家庭用医療入浴車の寄贈</w:t>
      </w:r>
    </w:p>
    <w:p w14:paraId="5259C128" w14:textId="3C0223F8" w:rsidR="00F436E4" w:rsidRDefault="00865E94">
      <w:pPr>
        <w:rPr>
          <w:lang w:eastAsia="ja-JP"/>
        </w:rPr>
      </w:pPr>
      <w:r>
        <w:rPr>
          <w:rFonts w:hint="eastAsia"/>
          <w:lang w:eastAsia="ja-JP"/>
        </w:rPr>
        <w:t>・</w:t>
      </w:r>
      <w:r>
        <w:rPr>
          <w:lang w:eastAsia="ja-JP"/>
        </w:rPr>
        <w:t>GG</w:t>
      </w:r>
      <w:r>
        <w:rPr>
          <w:lang w:eastAsia="ja-JP"/>
        </w:rPr>
        <w:t>番号：</w:t>
      </w:r>
      <w:r>
        <w:rPr>
          <w:rFonts w:hint="eastAsia"/>
          <w:lang w:eastAsia="ja-JP"/>
        </w:rPr>
        <w:t xml:space="preserve">　　</w:t>
      </w:r>
      <w:r w:rsidR="00F93E46" w:rsidRPr="00F93E46">
        <w:rPr>
          <w:lang w:eastAsia="ja-JP"/>
        </w:rPr>
        <w:t>GG2457389</w:t>
      </w:r>
      <w:r>
        <w:rPr>
          <w:rFonts w:hint="eastAsia"/>
          <w:lang w:eastAsia="ja-JP"/>
        </w:rPr>
        <w:t xml:space="preserve">　　　　・</w:t>
      </w:r>
      <w:r>
        <w:rPr>
          <w:lang w:eastAsia="ja-JP"/>
        </w:rPr>
        <w:t>プロジェクト実施期間：</w:t>
      </w:r>
      <w:r w:rsidR="00F93E46">
        <w:rPr>
          <w:rFonts w:hint="eastAsia"/>
          <w:lang w:eastAsia="ja-JP"/>
        </w:rPr>
        <w:t>2024</w:t>
      </w:r>
      <w:r w:rsidR="00F93E46">
        <w:rPr>
          <w:rFonts w:hint="eastAsia"/>
          <w:lang w:eastAsia="ja-JP"/>
        </w:rPr>
        <w:t>年</w:t>
      </w:r>
      <w:r w:rsidR="00F93E46">
        <w:rPr>
          <w:rFonts w:hint="eastAsia"/>
          <w:lang w:eastAsia="ja-JP"/>
        </w:rPr>
        <w:t>5</w:t>
      </w:r>
      <w:r w:rsidR="00F93E46">
        <w:rPr>
          <w:rFonts w:hint="eastAsia"/>
          <w:lang w:eastAsia="ja-JP"/>
        </w:rPr>
        <w:t>月</w:t>
      </w:r>
      <w:r w:rsidR="00F93E46">
        <w:rPr>
          <w:rFonts w:hint="eastAsia"/>
          <w:lang w:eastAsia="ja-JP"/>
        </w:rPr>
        <w:t>31</w:t>
      </w:r>
      <w:r w:rsidR="00F93E46">
        <w:rPr>
          <w:rFonts w:hint="eastAsia"/>
          <w:lang w:eastAsia="ja-JP"/>
        </w:rPr>
        <w:t>日～</w:t>
      </w:r>
      <w:r w:rsidR="00F93E46">
        <w:rPr>
          <w:rFonts w:hint="eastAsia"/>
          <w:lang w:eastAsia="ja-JP"/>
        </w:rPr>
        <w:t>2025</w:t>
      </w:r>
      <w:r w:rsidR="00F93E46">
        <w:rPr>
          <w:rFonts w:hint="eastAsia"/>
          <w:lang w:eastAsia="ja-JP"/>
        </w:rPr>
        <w:t>年</w:t>
      </w:r>
      <w:r w:rsidR="00F93E46">
        <w:rPr>
          <w:rFonts w:hint="eastAsia"/>
          <w:lang w:eastAsia="ja-JP"/>
        </w:rPr>
        <w:t>4</w:t>
      </w:r>
      <w:r w:rsidR="00F93E46">
        <w:rPr>
          <w:rFonts w:hint="eastAsia"/>
          <w:lang w:eastAsia="ja-JP"/>
        </w:rPr>
        <w:t>月</w:t>
      </w:r>
      <w:r w:rsidR="00F93E46">
        <w:rPr>
          <w:rFonts w:hint="eastAsia"/>
          <w:lang w:eastAsia="ja-JP"/>
        </w:rPr>
        <w:t>30</w:t>
      </w:r>
      <w:r w:rsidR="00F93E46">
        <w:rPr>
          <w:rFonts w:hint="eastAsia"/>
          <w:lang w:eastAsia="ja-JP"/>
        </w:rPr>
        <w:t>日</w:t>
      </w:r>
    </w:p>
    <w:p w14:paraId="5853F24C" w14:textId="1AE8FBFC" w:rsidR="00F436E4" w:rsidRDefault="003624CD" w:rsidP="00F93E46">
      <w:pPr>
        <w:ind w:firstLineChars="100" w:firstLine="210"/>
        <w:rPr>
          <w:lang w:eastAsia="ja-JP"/>
        </w:rPr>
      </w:pPr>
      <w:r>
        <w:rPr>
          <w:lang w:eastAsia="ja-JP"/>
        </w:rPr>
        <w:t>国際提唱クラブ名：</w:t>
      </w:r>
      <w:r w:rsidR="00F93E46">
        <w:rPr>
          <w:rFonts w:hint="eastAsia"/>
          <w:lang w:eastAsia="ja-JP"/>
        </w:rPr>
        <w:t xml:space="preserve">台湾　</w:t>
      </w:r>
      <w:r w:rsidR="00F93E46" w:rsidRPr="00F93E46">
        <w:rPr>
          <w:rFonts w:hint="eastAsia"/>
          <w:lang w:eastAsia="ja-JP"/>
        </w:rPr>
        <w:t>竹南千禧ロータリークラブ</w:t>
      </w:r>
      <w:r w:rsidR="00865E94">
        <w:rPr>
          <w:rFonts w:hint="eastAsia"/>
          <w:lang w:eastAsia="ja-JP"/>
        </w:rPr>
        <w:t xml:space="preserve">　　</w:t>
      </w:r>
      <w:r w:rsidR="00865E94">
        <w:rPr>
          <w:rFonts w:hint="eastAsia"/>
          <w:lang w:eastAsia="ja-JP"/>
        </w:rPr>
        <w:t xml:space="preserve">  </w:t>
      </w:r>
      <w:r w:rsidR="00865E94">
        <w:rPr>
          <w:rFonts w:hint="eastAsia"/>
          <w:lang w:eastAsia="ja-JP"/>
        </w:rPr>
        <w:t>・</w:t>
      </w:r>
      <w:r>
        <w:rPr>
          <w:lang w:eastAsia="ja-JP"/>
        </w:rPr>
        <w:t>地区番号：</w:t>
      </w:r>
      <w:r w:rsidR="00F93E46">
        <w:rPr>
          <w:rFonts w:hint="eastAsia"/>
          <w:lang w:eastAsia="ja-JP"/>
        </w:rPr>
        <w:t>3501</w:t>
      </w:r>
      <w:r w:rsidR="00F93E46">
        <w:rPr>
          <w:rFonts w:hint="eastAsia"/>
          <w:lang w:eastAsia="ja-JP"/>
        </w:rPr>
        <w:t>地区</w:t>
      </w:r>
    </w:p>
    <w:p w14:paraId="2783347D" w14:textId="77777777" w:rsidR="00F436E4" w:rsidRDefault="003624CD">
      <w:pPr>
        <w:pStyle w:val="21"/>
        <w:rPr>
          <w:lang w:eastAsia="ja-JP"/>
        </w:rPr>
      </w:pPr>
      <w:r>
        <w:rPr>
          <w:lang w:eastAsia="ja-JP"/>
        </w:rPr>
        <w:t xml:space="preserve">2. </w:t>
      </w:r>
      <w:r>
        <w:rPr>
          <w:lang w:eastAsia="ja-JP"/>
        </w:rPr>
        <w:t>プロジェクトの概要</w:t>
      </w:r>
    </w:p>
    <w:p w14:paraId="6F8161F2" w14:textId="795D3AB7" w:rsidR="00F436E4" w:rsidRDefault="001156E3">
      <w:pPr>
        <w:rPr>
          <w:lang w:eastAsia="ja-JP"/>
        </w:rPr>
      </w:pPr>
      <w:r>
        <w:rPr>
          <w:rFonts w:hint="eastAsia"/>
          <w:lang w:eastAsia="ja-JP"/>
        </w:rPr>
        <w:t>・</w:t>
      </w:r>
      <w:r>
        <w:rPr>
          <w:lang w:eastAsia="ja-JP"/>
        </w:rPr>
        <w:t>目</w:t>
      </w:r>
      <w:r w:rsidR="007D16AB">
        <w:rPr>
          <w:rFonts w:hint="eastAsia"/>
          <w:lang w:eastAsia="ja-JP"/>
        </w:rPr>
        <w:t xml:space="preserve">　</w:t>
      </w:r>
      <w:r>
        <w:rPr>
          <w:lang w:eastAsia="ja-JP"/>
        </w:rPr>
        <w:t>的</w:t>
      </w:r>
      <w:r w:rsidR="007D16AB">
        <w:rPr>
          <w:rFonts w:hint="eastAsia"/>
          <w:lang w:eastAsia="ja-JP"/>
        </w:rPr>
        <w:t xml:space="preserve">　　　　　</w:t>
      </w:r>
      <w:r>
        <w:rPr>
          <w:lang w:eastAsia="ja-JP"/>
        </w:rPr>
        <w:t>：</w:t>
      </w:r>
      <w:r w:rsidR="007D16AB" w:rsidRPr="007D16AB">
        <w:rPr>
          <w:rFonts w:hint="eastAsia"/>
          <w:lang w:eastAsia="ja-JP"/>
        </w:rPr>
        <w:t>苗栗県の契約介護施設に入浴車両を寄贈し、在宅入浴サービスを実施すること</w:t>
      </w:r>
      <w:r w:rsidR="007D16AB">
        <w:rPr>
          <w:rFonts w:hint="eastAsia"/>
          <w:lang w:eastAsia="ja-JP"/>
        </w:rPr>
        <w:t>。</w:t>
      </w:r>
    </w:p>
    <w:p w14:paraId="51976624" w14:textId="5AA7DC4A" w:rsidR="00F436E4" w:rsidRDefault="001156E3">
      <w:pPr>
        <w:rPr>
          <w:lang w:eastAsia="ja-JP"/>
        </w:rPr>
      </w:pPr>
      <w:r>
        <w:rPr>
          <w:rFonts w:hint="eastAsia"/>
          <w:lang w:eastAsia="ja-JP"/>
        </w:rPr>
        <w:t>・</w:t>
      </w:r>
      <w:r>
        <w:rPr>
          <w:lang w:eastAsia="ja-JP"/>
        </w:rPr>
        <w:t>活動内容の概要</w:t>
      </w:r>
      <w:r w:rsidR="007D16AB">
        <w:rPr>
          <w:rFonts w:hint="eastAsia"/>
          <w:lang w:eastAsia="ja-JP"/>
        </w:rPr>
        <w:t xml:space="preserve">　</w:t>
      </w:r>
      <w:r>
        <w:rPr>
          <w:lang w:eastAsia="ja-JP"/>
        </w:rPr>
        <w:t>：</w:t>
      </w:r>
      <w:r w:rsidR="007D16AB">
        <w:rPr>
          <w:rFonts w:hint="eastAsia"/>
          <w:lang w:eastAsia="ja-JP"/>
        </w:rPr>
        <w:t>寄贈した家庭用医療入浴車を利用した入浴サービスの提供</w:t>
      </w:r>
    </w:p>
    <w:p w14:paraId="38365C34" w14:textId="4693A817" w:rsidR="00F436E4" w:rsidRDefault="001156E3" w:rsidP="007D16AB">
      <w:pPr>
        <w:ind w:left="2100" w:hangingChars="1000" w:hanging="2100"/>
        <w:rPr>
          <w:lang w:eastAsia="ja-JP"/>
        </w:rPr>
      </w:pPr>
      <w:r>
        <w:rPr>
          <w:rFonts w:hint="eastAsia"/>
          <w:lang w:eastAsia="ja-JP"/>
        </w:rPr>
        <w:t>・</w:t>
      </w:r>
      <w:r>
        <w:rPr>
          <w:lang w:eastAsia="ja-JP"/>
        </w:rPr>
        <w:t>対象地域・対象者：</w:t>
      </w:r>
      <w:r w:rsidR="007D16AB" w:rsidRPr="007D16AB">
        <w:rPr>
          <w:rFonts w:hint="eastAsia"/>
          <w:lang w:eastAsia="ja-JP"/>
        </w:rPr>
        <w:t>苗栗県の</w:t>
      </w:r>
      <w:r w:rsidR="007D16AB" w:rsidRPr="007D16AB">
        <w:rPr>
          <w:rFonts w:hint="eastAsia"/>
          <w:lang w:eastAsia="ja-JP"/>
        </w:rPr>
        <w:t>18</w:t>
      </w:r>
      <w:r w:rsidR="007D16AB" w:rsidRPr="007D16AB">
        <w:rPr>
          <w:rFonts w:hint="eastAsia"/>
          <w:lang w:eastAsia="ja-JP"/>
        </w:rPr>
        <w:t>郷の住民。在宅で長期寝たきりの住民、重度の歩行障害のある住民、移動が制限された独居高齢者、その他支援を必要とする障害者</w:t>
      </w:r>
      <w:r w:rsidR="007D16AB">
        <w:rPr>
          <w:rFonts w:hint="eastAsia"/>
          <w:lang w:eastAsia="ja-JP"/>
        </w:rPr>
        <w:t>。</w:t>
      </w:r>
    </w:p>
    <w:p w14:paraId="187C0AAA" w14:textId="77777777" w:rsidR="00F436E4" w:rsidRDefault="003624CD">
      <w:pPr>
        <w:pStyle w:val="21"/>
        <w:rPr>
          <w:lang w:eastAsia="ja-JP"/>
        </w:rPr>
      </w:pPr>
      <w:r>
        <w:rPr>
          <w:lang w:eastAsia="ja-JP"/>
        </w:rPr>
        <w:t xml:space="preserve">3. </w:t>
      </w:r>
      <w:r>
        <w:rPr>
          <w:lang w:eastAsia="ja-JP"/>
        </w:rPr>
        <w:t>主要な活動と成果</w:t>
      </w:r>
    </w:p>
    <w:p w14:paraId="69B1D214" w14:textId="5B89D897" w:rsidR="00F436E4" w:rsidRDefault="001156E3">
      <w:pPr>
        <w:rPr>
          <w:lang w:eastAsia="ja-JP"/>
        </w:rPr>
      </w:pPr>
      <w:r>
        <w:rPr>
          <w:rFonts w:hint="eastAsia"/>
          <w:lang w:eastAsia="ja-JP"/>
        </w:rPr>
        <w:t>・</w:t>
      </w:r>
      <w:r w:rsidR="00865E94">
        <w:rPr>
          <w:rFonts w:hint="eastAsia"/>
          <w:lang w:eastAsia="ja-JP"/>
        </w:rPr>
        <w:t>参加内容：</w:t>
      </w:r>
      <w:r w:rsidR="007D16AB">
        <w:rPr>
          <w:rFonts w:hint="eastAsia"/>
          <w:lang w:eastAsia="ja-JP"/>
        </w:rPr>
        <w:t xml:space="preserve">　</w:t>
      </w:r>
      <w:r w:rsidR="007D16AB" w:rsidRPr="007D16AB">
        <w:rPr>
          <w:rFonts w:hint="eastAsia"/>
          <w:lang w:eastAsia="ja-JP"/>
        </w:rPr>
        <w:t>『医療入浴車贈呈式』</w:t>
      </w:r>
      <w:r w:rsidR="007D16AB">
        <w:rPr>
          <w:rFonts w:hint="eastAsia"/>
          <w:lang w:eastAsia="ja-JP"/>
        </w:rPr>
        <w:t>への参加</w:t>
      </w:r>
    </w:p>
    <w:p w14:paraId="65D53D8D" w14:textId="6E1A430D" w:rsidR="00F436E4" w:rsidRDefault="001156E3">
      <w:pPr>
        <w:rPr>
          <w:lang w:eastAsia="ja-JP"/>
        </w:rPr>
      </w:pPr>
      <w:r>
        <w:rPr>
          <w:rFonts w:hint="eastAsia"/>
          <w:lang w:eastAsia="ja-JP"/>
        </w:rPr>
        <w:t>・</w:t>
      </w:r>
      <w:r w:rsidR="00F20D47">
        <w:rPr>
          <w:rFonts w:hint="eastAsia"/>
          <w:lang w:eastAsia="ja-JP"/>
        </w:rPr>
        <w:t>参加日</w:t>
      </w:r>
      <w:r w:rsidR="007D16AB">
        <w:rPr>
          <w:rFonts w:hint="eastAsia"/>
          <w:lang w:eastAsia="ja-JP"/>
        </w:rPr>
        <w:t xml:space="preserve">　</w:t>
      </w:r>
      <w:r w:rsidR="00F20D47">
        <w:rPr>
          <w:lang w:eastAsia="ja-JP"/>
        </w:rPr>
        <w:t>：</w:t>
      </w:r>
      <w:r w:rsidR="007D16AB">
        <w:rPr>
          <w:rFonts w:hint="eastAsia"/>
          <w:lang w:eastAsia="ja-JP"/>
        </w:rPr>
        <w:t xml:space="preserve">　</w:t>
      </w:r>
      <w:r w:rsidR="007D16AB" w:rsidRPr="007D16AB">
        <w:rPr>
          <w:rFonts w:hint="eastAsia"/>
          <w:lang w:eastAsia="ja-JP"/>
        </w:rPr>
        <w:t>2024</w:t>
      </w:r>
      <w:r w:rsidR="007D16AB" w:rsidRPr="007D16AB">
        <w:rPr>
          <w:rFonts w:hint="eastAsia"/>
          <w:lang w:eastAsia="ja-JP"/>
        </w:rPr>
        <w:t>年</w:t>
      </w:r>
      <w:r w:rsidR="007D16AB" w:rsidRPr="007D16AB">
        <w:rPr>
          <w:rFonts w:hint="eastAsia"/>
          <w:lang w:eastAsia="ja-JP"/>
        </w:rPr>
        <w:t xml:space="preserve"> 6</w:t>
      </w:r>
      <w:r w:rsidR="007D16AB" w:rsidRPr="007D16AB">
        <w:rPr>
          <w:rFonts w:hint="eastAsia"/>
          <w:lang w:eastAsia="ja-JP"/>
        </w:rPr>
        <w:t>月</w:t>
      </w:r>
      <w:r w:rsidR="007D16AB" w:rsidRPr="007D16AB">
        <w:rPr>
          <w:rFonts w:hint="eastAsia"/>
          <w:lang w:eastAsia="ja-JP"/>
        </w:rPr>
        <w:t>14</w:t>
      </w:r>
      <w:r w:rsidR="007D16AB" w:rsidRPr="007D16AB">
        <w:rPr>
          <w:rFonts w:hint="eastAsia"/>
          <w:lang w:eastAsia="ja-JP"/>
        </w:rPr>
        <w:t>日</w:t>
      </w:r>
    </w:p>
    <w:p w14:paraId="353C0839" w14:textId="482A8EDF" w:rsidR="00221ADD" w:rsidRDefault="001156E3" w:rsidP="00221ADD">
      <w:pPr>
        <w:ind w:left="1470" w:hangingChars="700" w:hanging="1470"/>
        <w:rPr>
          <w:lang w:eastAsia="ja-JP"/>
        </w:rPr>
      </w:pPr>
      <w:r>
        <w:rPr>
          <w:rFonts w:hint="eastAsia"/>
          <w:lang w:eastAsia="ja-JP"/>
        </w:rPr>
        <w:t>・</w:t>
      </w:r>
      <w:r w:rsidR="00865E94">
        <w:rPr>
          <w:rFonts w:hint="eastAsia"/>
          <w:lang w:eastAsia="ja-JP"/>
        </w:rPr>
        <w:t>感</w:t>
      </w:r>
      <w:r w:rsidR="007D16AB">
        <w:rPr>
          <w:rFonts w:hint="eastAsia"/>
          <w:lang w:eastAsia="ja-JP"/>
        </w:rPr>
        <w:t xml:space="preserve">　</w:t>
      </w:r>
      <w:r w:rsidR="00865E94">
        <w:rPr>
          <w:rFonts w:hint="eastAsia"/>
          <w:lang w:eastAsia="ja-JP"/>
        </w:rPr>
        <w:t>想</w:t>
      </w:r>
      <w:r w:rsidR="007D16AB">
        <w:rPr>
          <w:rFonts w:hint="eastAsia"/>
          <w:lang w:eastAsia="ja-JP"/>
        </w:rPr>
        <w:t xml:space="preserve">　</w:t>
      </w:r>
      <w:r w:rsidR="00865E94">
        <w:rPr>
          <w:rFonts w:hint="eastAsia"/>
          <w:lang w:eastAsia="ja-JP"/>
        </w:rPr>
        <w:t>：</w:t>
      </w:r>
      <w:r w:rsidR="007D16AB">
        <w:rPr>
          <w:rFonts w:hint="eastAsia"/>
          <w:lang w:eastAsia="ja-JP"/>
        </w:rPr>
        <w:t xml:space="preserve">　行政のトップや関係団体ロータリアンが多く参加され、提供車両の展示</w:t>
      </w:r>
      <w:r w:rsidR="00221ADD">
        <w:rPr>
          <w:rFonts w:hint="eastAsia"/>
          <w:lang w:eastAsia="ja-JP"/>
        </w:rPr>
        <w:t>、説明が行われ</w:t>
      </w:r>
      <w:r w:rsidR="00221ADD">
        <w:rPr>
          <w:lang w:eastAsia="ja-JP"/>
        </w:rPr>
        <w:t>このプロジ　　トへの期待や関心度が感じられた。</w:t>
      </w:r>
    </w:p>
    <w:p w14:paraId="6C550F7A" w14:textId="77777777" w:rsidR="00F436E4" w:rsidRDefault="003624CD">
      <w:pPr>
        <w:pStyle w:val="21"/>
        <w:rPr>
          <w:lang w:eastAsia="ja-JP"/>
        </w:rPr>
      </w:pPr>
      <w:r>
        <w:rPr>
          <w:lang w:eastAsia="ja-JP"/>
        </w:rPr>
        <w:t xml:space="preserve">4. </w:t>
      </w:r>
      <w:r>
        <w:rPr>
          <w:lang w:eastAsia="ja-JP"/>
        </w:rPr>
        <w:t>財務報告（概要）</w:t>
      </w:r>
    </w:p>
    <w:p w14:paraId="163F9AB5" w14:textId="1CCBF98D" w:rsidR="00F436E4" w:rsidRDefault="001156E3">
      <w:pPr>
        <w:rPr>
          <w:lang w:eastAsia="ja-JP"/>
        </w:rPr>
      </w:pPr>
      <w:r>
        <w:rPr>
          <w:rFonts w:hint="eastAsia"/>
          <w:lang w:eastAsia="ja-JP"/>
        </w:rPr>
        <w:t>・プロジェクト総費用（</w:t>
      </w:r>
      <w:r>
        <w:rPr>
          <w:rFonts w:hint="eastAsia"/>
          <w:lang w:eastAsia="ja-JP"/>
        </w:rPr>
        <w:t>USD</w:t>
      </w:r>
      <w:r>
        <w:rPr>
          <w:rFonts w:hint="eastAsia"/>
          <w:lang w:eastAsia="ja-JP"/>
        </w:rPr>
        <w:t>）：</w:t>
      </w:r>
      <w:r w:rsidR="00221ADD" w:rsidRPr="00221ADD">
        <w:rPr>
          <w:rFonts w:hint="eastAsia"/>
          <w:lang w:eastAsia="ja-JP"/>
        </w:rPr>
        <w:t>＄</w:t>
      </w:r>
      <w:r w:rsidR="00221ADD" w:rsidRPr="00221ADD">
        <w:rPr>
          <w:rFonts w:hint="eastAsia"/>
          <w:lang w:eastAsia="ja-JP"/>
        </w:rPr>
        <w:t>79,266</w:t>
      </w:r>
      <w:r>
        <w:rPr>
          <w:rFonts w:hint="eastAsia"/>
          <w:lang w:eastAsia="ja-JP"/>
        </w:rPr>
        <w:t xml:space="preserve">　　　　　</w:t>
      </w:r>
      <w:r w:rsidR="00E25D7B">
        <w:rPr>
          <w:rFonts w:hint="eastAsia"/>
          <w:lang w:eastAsia="ja-JP"/>
        </w:rPr>
        <w:t>・</w:t>
      </w:r>
      <w:r w:rsidR="00865E94">
        <w:rPr>
          <w:rFonts w:hint="eastAsia"/>
          <w:lang w:eastAsia="ja-JP"/>
        </w:rPr>
        <w:t>2720</w:t>
      </w:r>
      <w:r w:rsidR="00865E94">
        <w:rPr>
          <w:rFonts w:hint="eastAsia"/>
          <w:lang w:eastAsia="ja-JP"/>
        </w:rPr>
        <w:t>地区の</w:t>
      </w:r>
      <w:r w:rsidR="00865E94">
        <w:rPr>
          <w:rFonts w:hint="eastAsia"/>
          <w:lang w:eastAsia="ja-JP"/>
        </w:rPr>
        <w:t>DDF</w:t>
      </w:r>
      <w:r w:rsidR="00865E94">
        <w:rPr>
          <w:rFonts w:hint="eastAsia"/>
          <w:lang w:eastAsia="ja-JP"/>
        </w:rPr>
        <w:t>（</w:t>
      </w:r>
      <w:r w:rsidR="00865E94">
        <w:rPr>
          <w:rFonts w:hint="eastAsia"/>
          <w:lang w:eastAsia="ja-JP"/>
        </w:rPr>
        <w:t>USD</w:t>
      </w:r>
      <w:r w:rsidR="00865E94">
        <w:rPr>
          <w:rFonts w:hint="eastAsia"/>
          <w:lang w:eastAsia="ja-JP"/>
        </w:rPr>
        <w:t>）：</w:t>
      </w:r>
      <w:r w:rsidR="00221ADD" w:rsidRPr="00221ADD">
        <w:rPr>
          <w:rFonts w:hint="eastAsia"/>
          <w:lang w:eastAsia="ja-JP"/>
        </w:rPr>
        <w:t>＄</w:t>
      </w:r>
      <w:r w:rsidR="00221ADD" w:rsidRPr="00221ADD">
        <w:rPr>
          <w:rFonts w:hint="eastAsia"/>
          <w:lang w:eastAsia="ja-JP"/>
        </w:rPr>
        <w:t>7,727</w:t>
      </w:r>
    </w:p>
    <w:p w14:paraId="211ECE13" w14:textId="50A6C81F" w:rsidR="00F436E4" w:rsidRDefault="00E25D7B">
      <w:pPr>
        <w:rPr>
          <w:lang w:eastAsia="ja-JP"/>
        </w:rPr>
      </w:pPr>
      <w:r>
        <w:rPr>
          <w:rFonts w:hint="eastAsia"/>
          <w:lang w:eastAsia="ja-JP"/>
        </w:rPr>
        <w:t>・</w:t>
      </w:r>
      <w:r w:rsidR="00865E94">
        <w:rPr>
          <w:rFonts w:hint="eastAsia"/>
          <w:lang w:eastAsia="ja-JP"/>
        </w:rPr>
        <w:t>クラブ現金拠出金</w:t>
      </w:r>
      <w:r w:rsidR="00865E94">
        <w:rPr>
          <w:lang w:eastAsia="ja-JP"/>
        </w:rPr>
        <w:t>（</w:t>
      </w:r>
      <w:r w:rsidR="00865E94">
        <w:rPr>
          <w:lang w:eastAsia="ja-JP"/>
        </w:rPr>
        <w:t>USD</w:t>
      </w:r>
      <w:r w:rsidR="00865E94">
        <w:rPr>
          <w:lang w:eastAsia="ja-JP"/>
        </w:rPr>
        <w:t>）</w:t>
      </w:r>
      <w:r w:rsidR="00221ADD">
        <w:rPr>
          <w:rFonts w:hint="eastAsia"/>
          <w:lang w:eastAsia="ja-JP"/>
        </w:rPr>
        <w:t xml:space="preserve">　</w:t>
      </w:r>
      <w:r w:rsidR="00865E94">
        <w:rPr>
          <w:lang w:eastAsia="ja-JP"/>
        </w:rPr>
        <w:t>：</w:t>
      </w:r>
      <w:r w:rsidR="00221ADD" w:rsidRPr="00221ADD">
        <w:rPr>
          <w:rFonts w:hint="eastAsia"/>
          <w:lang w:eastAsia="ja-JP"/>
        </w:rPr>
        <w:t>＄</w:t>
      </w:r>
      <w:r w:rsidR="00221ADD" w:rsidRPr="00221ADD">
        <w:rPr>
          <w:rFonts w:hint="eastAsia"/>
          <w:lang w:eastAsia="ja-JP"/>
        </w:rPr>
        <w:t>2,576</w:t>
      </w:r>
    </w:p>
    <w:p w14:paraId="35D46AD9" w14:textId="77777777" w:rsidR="00F436E4" w:rsidRDefault="003624CD">
      <w:pPr>
        <w:pStyle w:val="21"/>
        <w:rPr>
          <w:lang w:eastAsia="ja-JP"/>
        </w:rPr>
      </w:pPr>
      <w:r>
        <w:rPr>
          <w:lang w:eastAsia="ja-JP"/>
        </w:rPr>
        <w:t xml:space="preserve">5. </w:t>
      </w:r>
      <w:r>
        <w:rPr>
          <w:lang w:eastAsia="ja-JP"/>
        </w:rPr>
        <w:t>写真および資料添付</w:t>
      </w:r>
    </w:p>
    <w:p w14:paraId="1F4BCD3C" w14:textId="676D94AF" w:rsidR="00F436E4" w:rsidRDefault="001156E3" w:rsidP="00B61BFB">
      <w:pPr>
        <w:rPr>
          <w:lang w:eastAsia="ja-JP"/>
        </w:rPr>
      </w:pPr>
      <w:r>
        <w:rPr>
          <w:rFonts w:hint="eastAsia"/>
          <w:lang w:eastAsia="ja-JP"/>
        </w:rPr>
        <w:t>・</w:t>
      </w:r>
      <w:r>
        <w:rPr>
          <w:lang w:eastAsia="ja-JP"/>
        </w:rPr>
        <w:t>活動中の写真：</w:t>
      </w:r>
      <w:r w:rsidR="00865E94">
        <w:rPr>
          <w:rFonts w:hint="eastAsia"/>
          <w:lang w:eastAsia="ja-JP"/>
        </w:rPr>
        <w:t xml:space="preserve">　　</w:t>
      </w:r>
      <w:r>
        <w:rPr>
          <w:lang w:eastAsia="ja-JP"/>
        </w:rPr>
        <w:t>点（別添）</w:t>
      </w:r>
      <w:r>
        <w:rPr>
          <w:rFonts w:hint="eastAsia"/>
          <w:lang w:eastAsia="ja-JP"/>
        </w:rPr>
        <w:t>・</w:t>
      </w:r>
      <w:r>
        <w:rPr>
          <w:lang w:eastAsia="ja-JP"/>
        </w:rPr>
        <w:t>パンフレット・チラシ等（あれば）</w:t>
      </w:r>
      <w:r>
        <w:rPr>
          <w:rFonts w:hint="eastAsia"/>
          <w:lang w:eastAsia="ja-JP"/>
        </w:rPr>
        <w:t>・</w:t>
      </w:r>
      <w:r>
        <w:rPr>
          <w:lang w:eastAsia="ja-JP"/>
        </w:rPr>
        <w:t>メディア掲載記事（あれば）</w:t>
      </w:r>
    </w:p>
    <w:p w14:paraId="592DDAE8" w14:textId="77777777" w:rsidR="006379C2" w:rsidRDefault="006379C2" w:rsidP="006379C2">
      <w:pPr>
        <w:pStyle w:val="Web"/>
      </w:pPr>
      <w:r>
        <w:rPr>
          <w:noProof/>
        </w:rPr>
        <w:drawing>
          <wp:inline distT="0" distB="0" distL="0" distR="0" wp14:anchorId="051537FE" wp14:editId="416A293E">
            <wp:extent cx="3390900" cy="2544094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13" cy="25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B8CAF" wp14:editId="3A758740">
            <wp:extent cx="3375660" cy="2532659"/>
            <wp:effectExtent l="0" t="0" r="0" b="1270"/>
            <wp:docPr id="1156891707" name="図 115689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68" cy="25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7AAA" w14:textId="2363AC2A" w:rsidR="006379C2" w:rsidRDefault="006379C2" w:rsidP="006379C2">
      <w:pPr>
        <w:pStyle w:val="Web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BFB31F" wp14:editId="6E007A60">
            <wp:extent cx="3268980" cy="2179320"/>
            <wp:effectExtent l="0" t="0" r="762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81AFB" wp14:editId="5331161D">
            <wp:extent cx="3348990" cy="2232660"/>
            <wp:effectExtent l="0" t="0" r="381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EA96" w14:textId="50CB9B98" w:rsidR="001156E3" w:rsidRDefault="00B61BFB" w:rsidP="00B61BFB">
      <w:pPr>
        <w:pStyle w:val="21"/>
        <w:rPr>
          <w:lang w:eastAsia="ja-JP"/>
        </w:rPr>
      </w:pPr>
      <w:r>
        <w:rPr>
          <w:rFonts w:hint="eastAsia"/>
          <w:lang w:eastAsia="ja-JP"/>
        </w:rPr>
        <w:t>6</w:t>
      </w:r>
      <w:r w:rsidR="003624CD">
        <w:rPr>
          <w:lang w:eastAsia="ja-JP"/>
        </w:rPr>
        <w:t xml:space="preserve">. </w:t>
      </w:r>
      <w:r w:rsidR="00865E94">
        <w:rPr>
          <w:rFonts w:hint="eastAsia"/>
          <w:lang w:eastAsia="ja-JP"/>
        </w:rPr>
        <w:t>財団へのご意見</w:t>
      </w:r>
      <w:r w:rsidR="003624CD">
        <w:rPr>
          <w:lang w:eastAsia="ja-JP"/>
        </w:rPr>
        <w:t>（任意）</w:t>
      </w:r>
    </w:p>
    <w:p w14:paraId="012C37C4" w14:textId="4EB354DE" w:rsidR="00F436E4" w:rsidRDefault="00B61BFB">
      <w:pPr>
        <w:pStyle w:val="21"/>
        <w:rPr>
          <w:lang w:eastAsia="ja-JP"/>
        </w:rPr>
      </w:pPr>
      <w:r>
        <w:rPr>
          <w:rFonts w:hint="eastAsia"/>
          <w:lang w:eastAsia="ja-JP"/>
        </w:rPr>
        <w:t>7</w:t>
      </w:r>
      <w:r w:rsidR="003624CD">
        <w:rPr>
          <w:lang w:eastAsia="ja-JP"/>
        </w:rPr>
        <w:t xml:space="preserve">. </w:t>
      </w:r>
      <w:r w:rsidR="003624CD">
        <w:rPr>
          <w:lang w:eastAsia="ja-JP"/>
        </w:rPr>
        <w:t>提出者情報</w:t>
      </w:r>
    </w:p>
    <w:p w14:paraId="796154EE" w14:textId="4A851C56" w:rsidR="00221ADD" w:rsidRDefault="00F20D47">
      <w:pPr>
        <w:rPr>
          <w:lang w:eastAsia="ja-JP"/>
        </w:rPr>
      </w:pPr>
      <w:r>
        <w:rPr>
          <w:rFonts w:hint="eastAsia"/>
          <w:lang w:eastAsia="ja-JP"/>
        </w:rPr>
        <w:t>・</w:t>
      </w:r>
      <w:r>
        <w:rPr>
          <w:lang w:eastAsia="ja-JP"/>
        </w:rPr>
        <w:t>氏名：</w:t>
      </w:r>
      <w:r w:rsidR="00221ADD">
        <w:rPr>
          <w:rFonts w:hint="eastAsia"/>
          <w:lang w:eastAsia="ja-JP"/>
        </w:rPr>
        <w:t>吉岡　一雄</w:t>
      </w:r>
      <w:r>
        <w:rPr>
          <w:rFonts w:hint="eastAsia"/>
          <w:lang w:eastAsia="ja-JP"/>
        </w:rPr>
        <w:t xml:space="preserve">　　</w:t>
      </w:r>
      <w:r>
        <w:rPr>
          <w:lang w:eastAsia="ja-JP"/>
        </w:rPr>
        <w:t>所属クラブ：</w:t>
      </w:r>
      <w:r w:rsidR="00221ADD">
        <w:rPr>
          <w:rFonts w:hint="eastAsia"/>
          <w:lang w:eastAsia="ja-JP"/>
        </w:rPr>
        <w:t>玉名ロータリークラブ</w:t>
      </w:r>
      <w:r>
        <w:rPr>
          <w:rFonts w:hint="eastAsia"/>
          <w:lang w:eastAsia="ja-JP"/>
        </w:rPr>
        <w:t xml:space="preserve">　・</w:t>
      </w:r>
      <w:r>
        <w:rPr>
          <w:lang w:eastAsia="ja-JP"/>
        </w:rPr>
        <w:t>メールアドレス：</w:t>
      </w:r>
      <w:r w:rsidR="00221ADD">
        <w:rPr>
          <w:rFonts w:hint="eastAsia"/>
          <w:lang w:eastAsia="ja-JP"/>
        </w:rPr>
        <w:t>ykazuo@orange.ocn.ne.jp</w:t>
      </w:r>
    </w:p>
    <w:p w14:paraId="18640152" w14:textId="76D462FF" w:rsidR="00F436E4" w:rsidRDefault="00F20D47">
      <w:pPr>
        <w:rPr>
          <w:lang w:eastAsia="ja-JP"/>
        </w:rPr>
      </w:pPr>
      <w:r>
        <w:rPr>
          <w:rFonts w:hint="eastAsia"/>
          <w:lang w:eastAsia="ja-JP"/>
        </w:rPr>
        <w:t xml:space="preserve">　　　　</w:t>
      </w:r>
      <w:r>
        <w:rPr>
          <w:lang w:eastAsia="ja-JP"/>
        </w:rPr>
        <w:t>提出日：</w:t>
      </w:r>
      <w:r w:rsidR="007A1003">
        <w:rPr>
          <w:rFonts w:hint="eastAsia"/>
          <w:lang w:eastAsia="ja-JP"/>
        </w:rPr>
        <w:t>2025</w:t>
      </w:r>
      <w:r w:rsidR="007A1003">
        <w:rPr>
          <w:rFonts w:hint="eastAsia"/>
          <w:lang w:eastAsia="ja-JP"/>
        </w:rPr>
        <w:t>年</w:t>
      </w:r>
      <w:r w:rsidR="007A1003">
        <w:rPr>
          <w:rFonts w:hint="eastAsia"/>
          <w:lang w:eastAsia="ja-JP"/>
        </w:rPr>
        <w:t>4</w:t>
      </w:r>
      <w:r w:rsidR="007A1003">
        <w:rPr>
          <w:rFonts w:hint="eastAsia"/>
          <w:lang w:eastAsia="ja-JP"/>
        </w:rPr>
        <w:t>月</w:t>
      </w:r>
      <w:r w:rsidR="007A1003">
        <w:rPr>
          <w:rFonts w:hint="eastAsia"/>
          <w:lang w:eastAsia="ja-JP"/>
        </w:rPr>
        <w:t>15</w:t>
      </w:r>
      <w:r w:rsidR="007A1003">
        <w:rPr>
          <w:rFonts w:hint="eastAsia"/>
          <w:lang w:eastAsia="ja-JP"/>
        </w:rPr>
        <w:t>日</w:t>
      </w:r>
    </w:p>
    <w:sectPr w:rsidR="00F436E4" w:rsidSect="00865E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604090202050204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7501694">
    <w:abstractNumId w:val="8"/>
  </w:num>
  <w:num w:numId="2" w16cid:durableId="1713993157">
    <w:abstractNumId w:val="6"/>
  </w:num>
  <w:num w:numId="3" w16cid:durableId="2128155996">
    <w:abstractNumId w:val="5"/>
  </w:num>
  <w:num w:numId="4" w16cid:durableId="1467090485">
    <w:abstractNumId w:val="4"/>
  </w:num>
  <w:num w:numId="5" w16cid:durableId="466779758">
    <w:abstractNumId w:val="7"/>
  </w:num>
  <w:num w:numId="6" w16cid:durableId="405807477">
    <w:abstractNumId w:val="3"/>
  </w:num>
  <w:num w:numId="7" w16cid:durableId="431825903">
    <w:abstractNumId w:val="2"/>
  </w:num>
  <w:num w:numId="8" w16cid:durableId="26495046">
    <w:abstractNumId w:val="1"/>
  </w:num>
  <w:num w:numId="9" w16cid:durableId="587547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156E3"/>
    <w:rsid w:val="0015074B"/>
    <w:rsid w:val="00221ADD"/>
    <w:rsid w:val="0029639D"/>
    <w:rsid w:val="003139D6"/>
    <w:rsid w:val="00326F90"/>
    <w:rsid w:val="003624CD"/>
    <w:rsid w:val="00433599"/>
    <w:rsid w:val="00454155"/>
    <w:rsid w:val="00612E57"/>
    <w:rsid w:val="00625FD3"/>
    <w:rsid w:val="006379C2"/>
    <w:rsid w:val="007A1003"/>
    <w:rsid w:val="007D16AB"/>
    <w:rsid w:val="00865E94"/>
    <w:rsid w:val="00A9575D"/>
    <w:rsid w:val="00AA1D8D"/>
    <w:rsid w:val="00B47730"/>
    <w:rsid w:val="00B61BFB"/>
    <w:rsid w:val="00CB0664"/>
    <w:rsid w:val="00D40408"/>
    <w:rsid w:val="00E25D7B"/>
    <w:rsid w:val="00F20D47"/>
    <w:rsid w:val="00F436E4"/>
    <w:rsid w:val="00F93E46"/>
    <w:rsid w:val="00F960D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C4FABA"/>
  <w14:defaultImageDpi w14:val="300"/>
  <w15:docId w15:val="{8BD92BD1-83B3-449F-B1C7-8A821229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sz w:val="21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Web">
    <w:name w:val="Normal (Web)"/>
    <w:basedOn w:val="a1"/>
    <w:uiPriority w:val="99"/>
    <w:unhideWhenUsed/>
    <w:rsid w:val="006379C2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Plus ケ・セラ</cp:lastModifiedBy>
  <cp:revision>7</cp:revision>
  <cp:lastPrinted>2025-04-15T07:28:00Z</cp:lastPrinted>
  <dcterms:created xsi:type="dcterms:W3CDTF">2025-04-15T06:33:00Z</dcterms:created>
  <dcterms:modified xsi:type="dcterms:W3CDTF">2025-10-11T07:52:00Z</dcterms:modified>
  <cp:category/>
</cp:coreProperties>
</file>