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1C48D" w14:textId="77777777" w:rsidR="00F436E4" w:rsidRDefault="00000000">
      <w:pPr>
        <w:pStyle w:val="1"/>
        <w:jc w:val="center"/>
        <w:rPr>
          <w:lang w:eastAsia="ja-JP"/>
        </w:rPr>
      </w:pPr>
      <w:r>
        <w:rPr>
          <w:lang w:eastAsia="ja-JP"/>
        </w:rPr>
        <w:t>グローバル補助金プロジェクト終了報告書（援助クラブ用）</w:t>
      </w:r>
    </w:p>
    <w:p w14:paraId="1F2E088D" w14:textId="77777777" w:rsidR="00F436E4" w:rsidRDefault="00000000">
      <w:pPr>
        <w:pStyle w:val="21"/>
        <w:rPr>
          <w:lang w:eastAsia="ja-JP"/>
        </w:rPr>
      </w:pPr>
      <w:r>
        <w:rPr>
          <w:lang w:eastAsia="ja-JP"/>
        </w:rPr>
        <w:t xml:space="preserve">1. </w:t>
      </w:r>
      <w:r>
        <w:rPr>
          <w:lang w:eastAsia="ja-JP"/>
        </w:rPr>
        <w:t>基本情報</w:t>
      </w:r>
    </w:p>
    <w:p w14:paraId="440ACCF5" w14:textId="66F9C994" w:rsidR="00F436E4" w:rsidRDefault="00865E94">
      <w:pPr>
        <w:rPr>
          <w:lang w:eastAsia="ja-JP"/>
        </w:rPr>
      </w:pPr>
      <w:r>
        <w:rPr>
          <w:rFonts w:hint="eastAsia"/>
          <w:lang w:eastAsia="ja-JP"/>
        </w:rPr>
        <w:t>・</w:t>
      </w:r>
      <w:r>
        <w:rPr>
          <w:lang w:eastAsia="ja-JP"/>
        </w:rPr>
        <w:t>プロジェクト名：</w:t>
      </w:r>
      <w:r w:rsidR="002C751B">
        <w:rPr>
          <w:rFonts w:hint="eastAsia"/>
          <w:lang w:eastAsia="ja-JP"/>
        </w:rPr>
        <w:t>藻礁生態保全事業</w:t>
      </w:r>
    </w:p>
    <w:p w14:paraId="6D65B4A2" w14:textId="34B8C9CC" w:rsidR="00F436E4" w:rsidRDefault="00865E94">
      <w:pPr>
        <w:rPr>
          <w:lang w:eastAsia="ja-JP"/>
        </w:rPr>
      </w:pPr>
      <w:r>
        <w:rPr>
          <w:rFonts w:hint="eastAsia"/>
          <w:lang w:eastAsia="ja-JP"/>
        </w:rPr>
        <w:t>・</w:t>
      </w:r>
      <w:r>
        <w:rPr>
          <w:lang w:eastAsia="ja-JP"/>
        </w:rPr>
        <w:t>GG</w:t>
      </w:r>
      <w:r>
        <w:rPr>
          <w:lang w:eastAsia="ja-JP"/>
        </w:rPr>
        <w:t>番号：</w:t>
      </w:r>
      <w:r w:rsidR="002C751B">
        <w:rPr>
          <w:rFonts w:hint="eastAsia"/>
          <w:lang w:eastAsia="ja-JP"/>
        </w:rPr>
        <w:t>２５７４１７１</w:t>
      </w:r>
      <w:r>
        <w:rPr>
          <w:rFonts w:hint="eastAsia"/>
          <w:lang w:eastAsia="ja-JP"/>
        </w:rPr>
        <w:t xml:space="preserve">　　</w:t>
      </w:r>
      <w:r w:rsidR="002C751B">
        <w:rPr>
          <w:rFonts w:hint="eastAsia"/>
          <w:lang w:eastAsia="ja-JP"/>
        </w:rPr>
        <w:t xml:space="preserve">　　　　</w:t>
      </w:r>
      <w:r>
        <w:rPr>
          <w:rFonts w:hint="eastAsia"/>
          <w:lang w:eastAsia="ja-JP"/>
        </w:rPr>
        <w:t xml:space="preserve">　・</w:t>
      </w:r>
      <w:r>
        <w:rPr>
          <w:lang w:eastAsia="ja-JP"/>
        </w:rPr>
        <w:t>プロジェクト実施期間：</w:t>
      </w:r>
      <w:r w:rsidR="002C751B">
        <w:rPr>
          <w:rFonts w:hint="eastAsia"/>
          <w:lang w:eastAsia="ja-JP"/>
        </w:rPr>
        <w:t>２０２５年５月開始</w:t>
      </w:r>
      <w:r w:rsidR="002C751B">
        <w:rPr>
          <w:rFonts w:hint="eastAsia"/>
          <w:lang w:eastAsia="ja-JP"/>
        </w:rPr>
        <w:t>(</w:t>
      </w:r>
      <w:r w:rsidR="002C751B">
        <w:rPr>
          <w:rFonts w:hint="eastAsia"/>
          <w:lang w:eastAsia="ja-JP"/>
        </w:rPr>
        <w:t>２年間実施</w:t>
      </w:r>
      <w:r w:rsidR="002C751B">
        <w:rPr>
          <w:rFonts w:hint="eastAsia"/>
          <w:lang w:eastAsia="ja-JP"/>
        </w:rPr>
        <w:t>)</w:t>
      </w:r>
    </w:p>
    <w:p w14:paraId="71CF9EB0" w14:textId="0B8E0E4A" w:rsidR="00F436E4" w:rsidRDefault="002129CE">
      <w:pPr>
        <w:rPr>
          <w:lang w:eastAsia="ja-JP"/>
        </w:rPr>
      </w:pPr>
      <w:r>
        <w:rPr>
          <w:rFonts w:hint="eastAsia"/>
          <w:lang w:eastAsia="ja-JP"/>
        </w:rPr>
        <w:t>・</w:t>
      </w:r>
      <w:r>
        <w:rPr>
          <w:lang w:eastAsia="ja-JP"/>
        </w:rPr>
        <w:t>国際提唱クラブ名：</w:t>
      </w:r>
      <w:r w:rsidR="002C751B">
        <w:rPr>
          <w:rFonts w:hint="eastAsia"/>
          <w:lang w:eastAsia="ja-JP"/>
        </w:rPr>
        <w:t>新竹東ロータリークラブ</w:t>
      </w:r>
      <w:r w:rsidR="00865E94">
        <w:rPr>
          <w:rFonts w:hint="eastAsia"/>
          <w:lang w:eastAsia="ja-JP"/>
        </w:rPr>
        <w:t xml:space="preserve">　　　　　　　</w:t>
      </w:r>
      <w:r w:rsidR="00865E94">
        <w:rPr>
          <w:rFonts w:hint="eastAsia"/>
          <w:lang w:eastAsia="ja-JP"/>
        </w:rPr>
        <w:t xml:space="preserve">  </w:t>
      </w:r>
      <w:r w:rsidR="00865E94">
        <w:rPr>
          <w:rFonts w:hint="eastAsia"/>
          <w:lang w:eastAsia="ja-JP"/>
        </w:rPr>
        <w:t>・</w:t>
      </w:r>
      <w:r>
        <w:rPr>
          <w:lang w:eastAsia="ja-JP"/>
        </w:rPr>
        <w:t>地区番号：</w:t>
      </w:r>
      <w:r w:rsidR="002C751B">
        <w:rPr>
          <w:rFonts w:hint="eastAsia"/>
          <w:lang w:eastAsia="ja-JP"/>
        </w:rPr>
        <w:t>３５０１</w:t>
      </w:r>
    </w:p>
    <w:p w14:paraId="4507BF3F" w14:textId="77777777" w:rsidR="00F436E4" w:rsidRDefault="00000000">
      <w:pPr>
        <w:pStyle w:val="21"/>
        <w:rPr>
          <w:lang w:eastAsia="ja-JP"/>
        </w:rPr>
      </w:pPr>
      <w:r>
        <w:rPr>
          <w:lang w:eastAsia="ja-JP"/>
        </w:rPr>
        <w:t xml:space="preserve">2. </w:t>
      </w:r>
      <w:r>
        <w:rPr>
          <w:lang w:eastAsia="ja-JP"/>
        </w:rPr>
        <w:t>プロジェクトの概要</w:t>
      </w:r>
    </w:p>
    <w:p w14:paraId="5540B0B9" w14:textId="4733DDEC" w:rsidR="00F436E4" w:rsidRDefault="001156E3">
      <w:pPr>
        <w:rPr>
          <w:lang w:eastAsia="ja-JP"/>
        </w:rPr>
      </w:pPr>
      <w:r>
        <w:rPr>
          <w:rFonts w:hint="eastAsia"/>
          <w:lang w:eastAsia="ja-JP"/>
        </w:rPr>
        <w:t>・</w:t>
      </w:r>
      <w:r>
        <w:rPr>
          <w:lang w:eastAsia="ja-JP"/>
        </w:rPr>
        <w:t>目的：</w:t>
      </w:r>
      <w:r w:rsidR="00BD7D1E">
        <w:rPr>
          <w:lang w:eastAsia="ja-JP"/>
        </w:rPr>
        <w:t>苗栗県沿岸の藻礁に関する環境保護および</w:t>
      </w:r>
      <w:r w:rsidR="00BD7D1E">
        <w:rPr>
          <w:rFonts w:ascii="游ゴシック" w:eastAsia="游ゴシック" w:hAnsi="游ゴシック" w:cs="游ゴシック" w:hint="eastAsia"/>
          <w:lang w:eastAsia="ja-JP"/>
        </w:rPr>
        <w:t>⽣</w:t>
      </w:r>
      <w:r w:rsidR="00BD7D1E">
        <w:rPr>
          <w:rFonts w:ascii="ＭＳ 明朝" w:eastAsia="ＭＳ 明朝" w:hAnsi="ＭＳ 明朝" w:cs="ＭＳ 明朝" w:hint="eastAsia"/>
          <w:lang w:eastAsia="ja-JP"/>
        </w:rPr>
        <w:t>態教育の強</w:t>
      </w:r>
      <w:r w:rsidR="00BD7D1E">
        <w:rPr>
          <w:lang w:eastAsia="ja-JP"/>
        </w:rPr>
        <w:t>化</w:t>
      </w:r>
    </w:p>
    <w:p w14:paraId="2DC88512" w14:textId="541FAFFD" w:rsidR="00F436E4" w:rsidRDefault="001156E3">
      <w:pPr>
        <w:rPr>
          <w:lang w:eastAsia="ja-JP"/>
        </w:rPr>
      </w:pPr>
      <w:r>
        <w:rPr>
          <w:rFonts w:hint="eastAsia"/>
          <w:lang w:eastAsia="ja-JP"/>
        </w:rPr>
        <w:t>・</w:t>
      </w:r>
      <w:r>
        <w:rPr>
          <w:lang w:eastAsia="ja-JP"/>
        </w:rPr>
        <w:t>活動内容の概要：</w:t>
      </w:r>
      <w:r w:rsidR="00BD7D1E" w:rsidRPr="002E48C4">
        <w:rPr>
          <w:rFonts w:hint="eastAsia"/>
          <w:b/>
          <w:bCs/>
          <w:lang w:eastAsia="ja-JP"/>
        </w:rPr>
        <w:t>教材開発</w:t>
      </w:r>
      <w:r w:rsidR="00647590">
        <w:rPr>
          <w:rFonts w:hint="eastAsia"/>
          <w:lang w:eastAsia="ja-JP"/>
        </w:rPr>
        <w:t>：</w:t>
      </w:r>
      <w:r w:rsidR="00BD7D1E">
        <w:rPr>
          <w:rFonts w:hint="eastAsia"/>
          <w:lang w:eastAsia="ja-JP"/>
        </w:rPr>
        <w:t>教材設計</w:t>
      </w:r>
      <w:r w:rsidR="00647590">
        <w:rPr>
          <w:rFonts w:hint="eastAsia"/>
          <w:lang w:eastAsia="ja-JP"/>
        </w:rPr>
        <w:t>、試行授業、修正を経て学校カリキュラムに導入</w:t>
      </w:r>
    </w:p>
    <w:p w14:paraId="63522433" w14:textId="0F5CC402" w:rsidR="00647590" w:rsidRDefault="00647590">
      <w:pPr>
        <w:rPr>
          <w:lang w:eastAsia="ja-JP"/>
        </w:rPr>
      </w:pPr>
      <w:r>
        <w:rPr>
          <w:rFonts w:hint="eastAsia"/>
          <w:lang w:eastAsia="ja-JP"/>
        </w:rPr>
        <w:t xml:space="preserve">　　　　　　　　　</w:t>
      </w:r>
      <w:r w:rsidRPr="002E48C4">
        <w:rPr>
          <w:rFonts w:hint="eastAsia"/>
          <w:b/>
          <w:bCs/>
          <w:lang w:eastAsia="ja-JP"/>
        </w:rPr>
        <w:t>種子教師訓練</w:t>
      </w:r>
      <w:r>
        <w:rPr>
          <w:rFonts w:hint="eastAsia"/>
          <w:lang w:eastAsia="ja-JP"/>
        </w:rPr>
        <w:t>：１０名の環境教育指導者を養成し、授業及びモニタリング技能の習得</w:t>
      </w:r>
    </w:p>
    <w:p w14:paraId="76FDD554" w14:textId="21A2D616" w:rsidR="00647590" w:rsidRDefault="00647590">
      <w:pPr>
        <w:rPr>
          <w:lang w:eastAsia="ja-JP"/>
        </w:rPr>
      </w:pPr>
      <w:r>
        <w:rPr>
          <w:rFonts w:hint="eastAsia"/>
          <w:lang w:eastAsia="ja-JP"/>
        </w:rPr>
        <w:t xml:space="preserve">　　　　　　　　　</w:t>
      </w:r>
      <w:r w:rsidRPr="002E48C4">
        <w:rPr>
          <w:rFonts w:hint="eastAsia"/>
          <w:b/>
          <w:bCs/>
          <w:lang w:eastAsia="ja-JP"/>
        </w:rPr>
        <w:t>地域ボランティア訓練</w:t>
      </w:r>
      <w:r>
        <w:rPr>
          <w:rFonts w:hint="eastAsia"/>
          <w:lang w:eastAsia="ja-JP"/>
        </w:rPr>
        <w:t xml:space="preserve">：ボランティアが簡易モニタリング技術を学び、長期的な観察体制を　　　</w:t>
      </w:r>
    </w:p>
    <w:p w14:paraId="73465BE3" w14:textId="5C89F02C" w:rsidR="00647590" w:rsidRDefault="00647590" w:rsidP="00647590">
      <w:pPr>
        <w:ind w:firstLineChars="2000" w:firstLine="4200"/>
        <w:rPr>
          <w:lang w:eastAsia="ja-JP"/>
        </w:rPr>
      </w:pPr>
      <w:r>
        <w:rPr>
          <w:rFonts w:hint="eastAsia"/>
          <w:lang w:eastAsia="ja-JP"/>
        </w:rPr>
        <w:t>構築</w:t>
      </w:r>
    </w:p>
    <w:p w14:paraId="090FE9F6" w14:textId="77777777" w:rsidR="00647590" w:rsidRDefault="00647590" w:rsidP="00647590">
      <w:pPr>
        <w:rPr>
          <w:lang w:eastAsia="ja-JP"/>
        </w:rPr>
      </w:pPr>
      <w:r>
        <w:rPr>
          <w:rFonts w:hint="eastAsia"/>
          <w:lang w:eastAsia="ja-JP"/>
        </w:rPr>
        <w:t xml:space="preserve">　　　　　　　　　</w:t>
      </w:r>
      <w:r w:rsidRPr="002E48C4">
        <w:rPr>
          <w:rFonts w:hint="eastAsia"/>
          <w:b/>
          <w:bCs/>
          <w:lang w:eastAsia="ja-JP"/>
        </w:rPr>
        <w:t>現地モニタリング実習</w:t>
      </w:r>
      <w:r>
        <w:rPr>
          <w:rFonts w:hint="eastAsia"/>
          <w:lang w:eastAsia="ja-JP"/>
        </w:rPr>
        <w:t>：国立台湾海洋大学の教授及び講師が指導し、室内講義とフィールド</w:t>
      </w:r>
    </w:p>
    <w:p w14:paraId="1EE7A4FF" w14:textId="523652B6" w:rsidR="00647590" w:rsidRDefault="00647590" w:rsidP="00647590">
      <w:pPr>
        <w:ind w:firstLineChars="2000" w:firstLine="4200"/>
        <w:rPr>
          <w:lang w:eastAsia="ja-JP"/>
        </w:rPr>
      </w:pPr>
      <w:r>
        <w:rPr>
          <w:rFonts w:hint="eastAsia"/>
          <w:lang w:eastAsia="ja-JP"/>
        </w:rPr>
        <w:t>実習を実施</w:t>
      </w:r>
    </w:p>
    <w:p w14:paraId="00A5D18B" w14:textId="510A4274" w:rsidR="00F436E4" w:rsidRDefault="001156E3">
      <w:pPr>
        <w:rPr>
          <w:lang w:eastAsia="ja-JP"/>
        </w:rPr>
      </w:pPr>
      <w:r>
        <w:rPr>
          <w:rFonts w:hint="eastAsia"/>
          <w:lang w:eastAsia="ja-JP"/>
        </w:rPr>
        <w:t>・</w:t>
      </w:r>
      <w:r>
        <w:rPr>
          <w:lang w:eastAsia="ja-JP"/>
        </w:rPr>
        <w:t>対象地域・対象者：</w:t>
      </w:r>
      <w:r w:rsidR="00647590">
        <w:rPr>
          <w:lang w:eastAsia="ja-JP"/>
        </w:rPr>
        <w:t>苗栗沿岸地域</w:t>
      </w:r>
      <w:r w:rsidR="00647590">
        <w:rPr>
          <w:rFonts w:hint="eastAsia"/>
          <w:lang w:eastAsia="ja-JP"/>
        </w:rPr>
        <w:t>・</w:t>
      </w:r>
      <w:r w:rsidR="00647590">
        <w:rPr>
          <w:lang w:eastAsia="ja-JP"/>
        </w:rPr>
        <w:t>台湾の藻礁の分布および苗栗の藻礁</w:t>
      </w:r>
    </w:p>
    <w:p w14:paraId="74647857" w14:textId="77777777" w:rsidR="00F436E4" w:rsidRDefault="00000000">
      <w:pPr>
        <w:pStyle w:val="21"/>
        <w:rPr>
          <w:lang w:eastAsia="ja-JP"/>
        </w:rPr>
      </w:pPr>
      <w:r>
        <w:rPr>
          <w:lang w:eastAsia="ja-JP"/>
        </w:rPr>
        <w:t xml:space="preserve">3. </w:t>
      </w:r>
      <w:r>
        <w:rPr>
          <w:lang w:eastAsia="ja-JP"/>
        </w:rPr>
        <w:t>主要な活動と成果</w:t>
      </w:r>
    </w:p>
    <w:p w14:paraId="0C9F0BD3" w14:textId="77777777" w:rsidR="00BD7D1E" w:rsidRDefault="001156E3">
      <w:pPr>
        <w:rPr>
          <w:lang w:eastAsia="ja-JP"/>
        </w:rPr>
      </w:pPr>
      <w:r>
        <w:rPr>
          <w:rFonts w:hint="eastAsia"/>
          <w:lang w:eastAsia="ja-JP"/>
        </w:rPr>
        <w:t>・</w:t>
      </w:r>
      <w:r w:rsidR="00865E94">
        <w:rPr>
          <w:rFonts w:hint="eastAsia"/>
          <w:lang w:eastAsia="ja-JP"/>
        </w:rPr>
        <w:t>参加内容：</w:t>
      </w:r>
      <w:r w:rsidR="00BD7D1E">
        <w:rPr>
          <w:lang w:eastAsia="ja-JP"/>
        </w:rPr>
        <w:t>「藻礁環境</w:t>
      </w:r>
      <w:r w:rsidR="00BD7D1E">
        <w:rPr>
          <w:lang w:eastAsia="ja-JP"/>
        </w:rPr>
        <w:t xml:space="preserve"> </w:t>
      </w:r>
      <w:r w:rsidR="00BD7D1E">
        <w:rPr>
          <w:lang w:eastAsia="ja-JP"/>
        </w:rPr>
        <w:t>保護教育始動計画」寄贈式</w:t>
      </w:r>
    </w:p>
    <w:p w14:paraId="6837E212" w14:textId="794567D9" w:rsidR="00F436E4" w:rsidRDefault="001156E3">
      <w:pPr>
        <w:rPr>
          <w:lang w:eastAsia="ja-JP"/>
        </w:rPr>
      </w:pPr>
      <w:r>
        <w:rPr>
          <w:rFonts w:hint="eastAsia"/>
          <w:lang w:eastAsia="ja-JP"/>
        </w:rPr>
        <w:t>・</w:t>
      </w:r>
      <w:r w:rsidR="00F20D47">
        <w:rPr>
          <w:rFonts w:hint="eastAsia"/>
          <w:lang w:eastAsia="ja-JP"/>
        </w:rPr>
        <w:t>参加日</w:t>
      </w:r>
      <w:r w:rsidR="00F20D47">
        <w:rPr>
          <w:lang w:eastAsia="ja-JP"/>
        </w:rPr>
        <w:t>：</w:t>
      </w:r>
      <w:r w:rsidR="00BD7D1E">
        <w:rPr>
          <w:lang w:eastAsia="ja-JP"/>
        </w:rPr>
        <w:t>2025</w:t>
      </w:r>
      <w:r w:rsidR="00BD7D1E">
        <w:rPr>
          <w:lang w:eastAsia="ja-JP"/>
        </w:rPr>
        <w:t>年</w:t>
      </w:r>
      <w:r w:rsidR="00BD7D1E">
        <w:rPr>
          <w:lang w:eastAsia="ja-JP"/>
        </w:rPr>
        <w:t>6</w:t>
      </w:r>
      <w:r w:rsidR="00BD7D1E">
        <w:rPr>
          <w:rFonts w:ascii="游ゴシック" w:eastAsia="游ゴシック" w:hAnsi="游ゴシック" w:cs="游ゴシック" w:hint="eastAsia"/>
          <w:lang w:eastAsia="ja-JP"/>
        </w:rPr>
        <w:t>⽉</w:t>
      </w:r>
      <w:r w:rsidR="00BD7D1E">
        <w:rPr>
          <w:lang w:eastAsia="ja-JP"/>
        </w:rPr>
        <w:t>27</w:t>
      </w:r>
      <w:r w:rsidR="00BD7D1E">
        <w:rPr>
          <w:rFonts w:ascii="游ゴシック" w:eastAsia="游ゴシック" w:hAnsi="游ゴシック" w:cs="游ゴシック" w:hint="eastAsia"/>
          <w:lang w:eastAsia="ja-JP"/>
        </w:rPr>
        <w:t>⽇</w:t>
      </w:r>
      <w:r w:rsidR="00BD7D1E">
        <w:rPr>
          <w:rFonts w:ascii="ＭＳ 明朝" w:eastAsia="ＭＳ 明朝" w:hAnsi="ＭＳ 明朝" w:cs="ＭＳ 明朝" w:hint="eastAsia"/>
          <w:lang w:eastAsia="ja-JP"/>
        </w:rPr>
        <w:t>（</w:t>
      </w:r>
      <w:r w:rsidR="00BD7D1E">
        <w:rPr>
          <w:rFonts w:ascii="游ゴシック" w:eastAsia="游ゴシック" w:hAnsi="游ゴシック" w:cs="游ゴシック" w:hint="eastAsia"/>
          <w:lang w:eastAsia="ja-JP"/>
        </w:rPr>
        <w:t>⾦</w:t>
      </w:r>
      <w:r w:rsidR="00BD7D1E">
        <w:rPr>
          <w:rFonts w:ascii="ＭＳ 明朝" w:eastAsia="ＭＳ 明朝" w:hAnsi="ＭＳ 明朝" w:cs="ＭＳ 明朝" w:hint="eastAsia"/>
          <w:lang w:eastAsia="ja-JP"/>
        </w:rPr>
        <w:t>）午前</w:t>
      </w:r>
      <w:r w:rsidR="00BD7D1E">
        <w:rPr>
          <w:lang w:eastAsia="ja-JP"/>
        </w:rPr>
        <w:t>10</w:t>
      </w:r>
      <w:r w:rsidR="00BD7D1E">
        <w:rPr>
          <w:lang w:eastAsia="ja-JP"/>
        </w:rPr>
        <w:t>時</w:t>
      </w:r>
    </w:p>
    <w:p w14:paraId="73EFF5A3" w14:textId="0FACBA31" w:rsidR="002129CE" w:rsidRDefault="001156E3">
      <w:pPr>
        <w:rPr>
          <w:lang w:eastAsia="ja-JP"/>
        </w:rPr>
      </w:pPr>
      <w:r>
        <w:rPr>
          <w:rFonts w:hint="eastAsia"/>
          <w:lang w:eastAsia="ja-JP"/>
        </w:rPr>
        <w:t>・</w:t>
      </w:r>
      <w:r w:rsidR="00865E94">
        <w:rPr>
          <w:rFonts w:hint="eastAsia"/>
          <w:lang w:eastAsia="ja-JP"/>
        </w:rPr>
        <w:t>感想：</w:t>
      </w:r>
      <w:r w:rsidR="002E48C4">
        <w:rPr>
          <w:rFonts w:hint="eastAsia"/>
          <w:lang w:eastAsia="ja-JP"/>
        </w:rPr>
        <w:t>台湾の苗栗地区の藻礁や生態系が工場汚染や漂砂の堆積、海岸開発などにより悪影響が及びその維持や更なる研究が必要であるという意思が伝わりました。私達の</w:t>
      </w:r>
      <w:r w:rsidR="002E48C4">
        <w:rPr>
          <w:rFonts w:hint="eastAsia"/>
          <w:lang w:eastAsia="ja-JP"/>
        </w:rPr>
        <w:t>RC</w:t>
      </w:r>
      <w:r w:rsidR="002E48C4">
        <w:rPr>
          <w:rFonts w:hint="eastAsia"/>
          <w:lang w:eastAsia="ja-JP"/>
        </w:rPr>
        <w:t>がある水俣市も海などの環境には非常に敏感です。お互い切磋琢磨し国は違えど環境維持向上に役立てていけたらと思います</w:t>
      </w:r>
    </w:p>
    <w:p w14:paraId="57AF6DBE" w14:textId="77777777" w:rsidR="00F436E4" w:rsidRDefault="00000000">
      <w:pPr>
        <w:pStyle w:val="21"/>
        <w:rPr>
          <w:lang w:eastAsia="ja-JP"/>
        </w:rPr>
      </w:pPr>
      <w:r>
        <w:rPr>
          <w:lang w:eastAsia="ja-JP"/>
        </w:rPr>
        <w:t xml:space="preserve">4. </w:t>
      </w:r>
      <w:r>
        <w:rPr>
          <w:lang w:eastAsia="ja-JP"/>
        </w:rPr>
        <w:t>財務報告（概要）</w:t>
      </w:r>
    </w:p>
    <w:p w14:paraId="0011F1DC" w14:textId="43F1B5CF" w:rsidR="00F436E4" w:rsidRDefault="001156E3">
      <w:pPr>
        <w:rPr>
          <w:lang w:eastAsia="ja-JP"/>
        </w:rPr>
      </w:pPr>
      <w:r>
        <w:rPr>
          <w:rFonts w:hint="eastAsia"/>
          <w:lang w:eastAsia="ja-JP"/>
        </w:rPr>
        <w:t>・プロジェクト総費用（</w:t>
      </w:r>
      <w:r>
        <w:rPr>
          <w:rFonts w:hint="eastAsia"/>
          <w:lang w:eastAsia="ja-JP"/>
        </w:rPr>
        <w:t>USD</w:t>
      </w:r>
      <w:r>
        <w:rPr>
          <w:rFonts w:hint="eastAsia"/>
          <w:lang w:eastAsia="ja-JP"/>
        </w:rPr>
        <w:t>）：</w:t>
      </w:r>
      <w:r w:rsidR="00BD7D1E">
        <w:rPr>
          <w:rFonts w:hint="eastAsia"/>
          <w:lang w:eastAsia="ja-JP"/>
        </w:rPr>
        <w:t>72000</w:t>
      </w:r>
      <w:r w:rsidR="00BD7D1E">
        <w:rPr>
          <w:rFonts w:hint="eastAsia"/>
          <w:lang w:eastAsia="ja-JP"/>
        </w:rPr>
        <w:t>＄</w:t>
      </w:r>
      <w:r>
        <w:rPr>
          <w:rFonts w:hint="eastAsia"/>
          <w:lang w:eastAsia="ja-JP"/>
        </w:rPr>
        <w:t xml:space="preserve">　</w:t>
      </w:r>
      <w:r w:rsidR="00E25D7B">
        <w:rPr>
          <w:rFonts w:hint="eastAsia"/>
          <w:lang w:eastAsia="ja-JP"/>
        </w:rPr>
        <w:t>・</w:t>
      </w:r>
      <w:r w:rsidR="00865E94">
        <w:rPr>
          <w:rFonts w:hint="eastAsia"/>
          <w:lang w:eastAsia="ja-JP"/>
        </w:rPr>
        <w:t>2720</w:t>
      </w:r>
      <w:r w:rsidR="00865E94">
        <w:rPr>
          <w:rFonts w:hint="eastAsia"/>
          <w:lang w:eastAsia="ja-JP"/>
        </w:rPr>
        <w:t>地区の</w:t>
      </w:r>
      <w:r w:rsidR="00865E94">
        <w:rPr>
          <w:rFonts w:hint="eastAsia"/>
          <w:lang w:eastAsia="ja-JP"/>
        </w:rPr>
        <w:t>DDF</w:t>
      </w:r>
      <w:r w:rsidR="00865E94">
        <w:rPr>
          <w:rFonts w:hint="eastAsia"/>
          <w:lang w:eastAsia="ja-JP"/>
        </w:rPr>
        <w:t>（</w:t>
      </w:r>
      <w:r w:rsidR="00865E94">
        <w:rPr>
          <w:rFonts w:hint="eastAsia"/>
          <w:lang w:eastAsia="ja-JP"/>
        </w:rPr>
        <w:t>USD</w:t>
      </w:r>
      <w:r w:rsidR="00865E94">
        <w:rPr>
          <w:rFonts w:hint="eastAsia"/>
          <w:lang w:eastAsia="ja-JP"/>
        </w:rPr>
        <w:t>）：</w:t>
      </w:r>
      <w:r w:rsidR="008E7953">
        <w:rPr>
          <w:rFonts w:hint="eastAsia"/>
          <w:lang w:eastAsia="ja-JP"/>
        </w:rPr>
        <w:t>6,500</w:t>
      </w:r>
      <w:r w:rsidR="00BD7D1E">
        <w:rPr>
          <w:rFonts w:hint="eastAsia"/>
          <w:lang w:eastAsia="ja-JP"/>
        </w:rPr>
        <w:t>$</w:t>
      </w:r>
    </w:p>
    <w:p w14:paraId="4B78449C" w14:textId="55D20BAC" w:rsidR="00F436E4" w:rsidRDefault="00E25D7B">
      <w:pPr>
        <w:rPr>
          <w:lang w:eastAsia="ja-JP"/>
        </w:rPr>
      </w:pPr>
      <w:r>
        <w:rPr>
          <w:rFonts w:hint="eastAsia"/>
          <w:lang w:eastAsia="ja-JP"/>
        </w:rPr>
        <w:t>・</w:t>
      </w:r>
      <w:r w:rsidR="00865E94">
        <w:rPr>
          <w:rFonts w:hint="eastAsia"/>
          <w:lang w:eastAsia="ja-JP"/>
        </w:rPr>
        <w:t>クラブ現金拠出金</w:t>
      </w:r>
      <w:r w:rsidR="00865E94">
        <w:rPr>
          <w:lang w:eastAsia="ja-JP"/>
        </w:rPr>
        <w:t>（</w:t>
      </w:r>
      <w:r w:rsidR="00865E94">
        <w:rPr>
          <w:lang w:eastAsia="ja-JP"/>
        </w:rPr>
        <w:t>USD</w:t>
      </w:r>
      <w:r w:rsidR="00865E94">
        <w:rPr>
          <w:lang w:eastAsia="ja-JP"/>
        </w:rPr>
        <w:t>）：</w:t>
      </w:r>
      <w:r w:rsidR="00BD7D1E">
        <w:rPr>
          <w:rFonts w:hint="eastAsia"/>
          <w:lang w:eastAsia="ja-JP"/>
        </w:rPr>
        <w:t>1000</w:t>
      </w:r>
      <w:r w:rsidR="00BD7D1E">
        <w:rPr>
          <w:rFonts w:hint="eastAsia"/>
          <w:lang w:eastAsia="ja-JP"/>
        </w:rPr>
        <w:t>＄</w:t>
      </w:r>
    </w:p>
    <w:p w14:paraId="5FECFDA5" w14:textId="77777777" w:rsidR="00F436E4" w:rsidRDefault="00000000">
      <w:pPr>
        <w:pStyle w:val="21"/>
        <w:rPr>
          <w:lang w:eastAsia="ja-JP"/>
        </w:rPr>
      </w:pPr>
      <w:r>
        <w:rPr>
          <w:lang w:eastAsia="ja-JP"/>
        </w:rPr>
        <w:t xml:space="preserve">5. </w:t>
      </w:r>
      <w:r>
        <w:rPr>
          <w:lang w:eastAsia="ja-JP"/>
        </w:rPr>
        <w:t>写真および資料添付</w:t>
      </w:r>
    </w:p>
    <w:p w14:paraId="21CB9CC7" w14:textId="77777777" w:rsidR="00F436E4" w:rsidRDefault="001156E3" w:rsidP="002129CE">
      <w:pPr>
        <w:rPr>
          <w:lang w:eastAsia="ja-JP"/>
        </w:rPr>
      </w:pPr>
      <w:r>
        <w:rPr>
          <w:rFonts w:hint="eastAsia"/>
          <w:lang w:eastAsia="ja-JP"/>
        </w:rPr>
        <w:t>・</w:t>
      </w:r>
      <w:r>
        <w:rPr>
          <w:lang w:eastAsia="ja-JP"/>
        </w:rPr>
        <w:t>活動中の写真：</w:t>
      </w:r>
      <w:r w:rsidR="00865E94">
        <w:rPr>
          <w:rFonts w:hint="eastAsia"/>
          <w:lang w:eastAsia="ja-JP"/>
        </w:rPr>
        <w:t xml:space="preserve">　　</w:t>
      </w:r>
      <w:r>
        <w:rPr>
          <w:lang w:eastAsia="ja-JP"/>
        </w:rPr>
        <w:t>点（別添）</w:t>
      </w:r>
      <w:r>
        <w:rPr>
          <w:rFonts w:hint="eastAsia"/>
          <w:lang w:eastAsia="ja-JP"/>
        </w:rPr>
        <w:t>・</w:t>
      </w:r>
      <w:r>
        <w:rPr>
          <w:lang w:eastAsia="ja-JP"/>
        </w:rPr>
        <w:t>パンフレット・チラシ等（あれば）</w:t>
      </w:r>
      <w:r>
        <w:rPr>
          <w:rFonts w:hint="eastAsia"/>
          <w:lang w:eastAsia="ja-JP"/>
        </w:rPr>
        <w:t>・</w:t>
      </w:r>
      <w:r>
        <w:rPr>
          <w:lang w:eastAsia="ja-JP"/>
        </w:rPr>
        <w:t>メディア掲載記事（あれば）</w:t>
      </w:r>
    </w:p>
    <w:p w14:paraId="2704C904" w14:textId="46FB33C4" w:rsidR="00E12C80" w:rsidRDefault="00E12C80" w:rsidP="00E12C80">
      <w:pPr>
        <w:pStyle w:val="Web"/>
        <w:rPr>
          <w:rFonts w:hint="eastAsia"/>
        </w:rPr>
      </w:pPr>
      <w:r>
        <w:rPr>
          <w:noProof/>
        </w:rPr>
        <w:lastRenderedPageBreak/>
        <w:drawing>
          <wp:inline distT="0" distB="0" distL="0" distR="0" wp14:anchorId="2959F1B2" wp14:editId="28211C64">
            <wp:extent cx="3268980" cy="2451735"/>
            <wp:effectExtent l="0" t="0" r="7620" b="5715"/>
            <wp:docPr id="16822250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8980" cy="2451735"/>
                    </a:xfrm>
                    <a:prstGeom prst="rect">
                      <a:avLst/>
                    </a:prstGeom>
                    <a:noFill/>
                    <a:ln>
                      <a:noFill/>
                    </a:ln>
                  </pic:spPr>
                </pic:pic>
              </a:graphicData>
            </a:graphic>
          </wp:inline>
        </w:drawing>
      </w:r>
      <w:r>
        <w:rPr>
          <w:noProof/>
        </w:rPr>
        <w:drawing>
          <wp:inline distT="0" distB="0" distL="0" distR="0" wp14:anchorId="662D9A04" wp14:editId="7F2066CA">
            <wp:extent cx="3291840" cy="2468880"/>
            <wp:effectExtent l="0" t="0" r="3810" b="762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14:paraId="4EB54767" w14:textId="23DF0E60" w:rsidR="00E12C80" w:rsidRDefault="00E12C80" w:rsidP="002129CE">
      <w:pPr>
        <w:rPr>
          <w:rFonts w:hint="eastAsia"/>
          <w:lang w:eastAsia="ja-JP"/>
        </w:rPr>
      </w:pPr>
      <w:r>
        <w:rPr>
          <w:noProof/>
        </w:rPr>
        <w:drawing>
          <wp:inline distT="0" distB="0" distL="0" distR="0" wp14:anchorId="2D94E082" wp14:editId="083D7EEC">
            <wp:extent cx="3270339" cy="2453640"/>
            <wp:effectExtent l="0" t="0" r="6350" b="3810"/>
            <wp:docPr id="4" name="図 3"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写真の説明はありません。"/>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115" cy="2466227"/>
                    </a:xfrm>
                    <a:prstGeom prst="rect">
                      <a:avLst/>
                    </a:prstGeom>
                    <a:noFill/>
                    <a:ln>
                      <a:noFill/>
                    </a:ln>
                  </pic:spPr>
                </pic:pic>
              </a:graphicData>
            </a:graphic>
          </wp:inline>
        </w:drawing>
      </w:r>
      <w:r>
        <w:rPr>
          <w:noProof/>
        </w:rPr>
        <w:drawing>
          <wp:inline distT="0" distB="0" distL="0" distR="0" wp14:anchorId="3F372D2D" wp14:editId="4E9C0067">
            <wp:extent cx="3290651" cy="2468880"/>
            <wp:effectExtent l="0" t="0" r="5080" b="7620"/>
            <wp:docPr id="5" name="図 4"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写真の説明はありませ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6896" cy="2473566"/>
                    </a:xfrm>
                    <a:prstGeom prst="rect">
                      <a:avLst/>
                    </a:prstGeom>
                    <a:noFill/>
                    <a:ln>
                      <a:noFill/>
                    </a:ln>
                  </pic:spPr>
                </pic:pic>
              </a:graphicData>
            </a:graphic>
          </wp:inline>
        </w:drawing>
      </w:r>
    </w:p>
    <w:p w14:paraId="1B4A3F1C" w14:textId="77777777" w:rsidR="00F436E4" w:rsidRDefault="002129CE">
      <w:pPr>
        <w:pStyle w:val="21"/>
        <w:rPr>
          <w:lang w:eastAsia="ja-JP"/>
        </w:rPr>
      </w:pPr>
      <w:r>
        <w:rPr>
          <w:rFonts w:hint="eastAsia"/>
          <w:lang w:eastAsia="ja-JP"/>
        </w:rPr>
        <w:t>6</w:t>
      </w:r>
      <w:r>
        <w:rPr>
          <w:lang w:eastAsia="ja-JP"/>
        </w:rPr>
        <w:t xml:space="preserve">. </w:t>
      </w:r>
      <w:r w:rsidR="00865E94">
        <w:rPr>
          <w:rFonts w:hint="eastAsia"/>
          <w:lang w:eastAsia="ja-JP"/>
        </w:rPr>
        <w:t>財団へのご意見</w:t>
      </w:r>
      <w:r>
        <w:rPr>
          <w:lang w:eastAsia="ja-JP"/>
        </w:rPr>
        <w:t>（任意）</w:t>
      </w:r>
    </w:p>
    <w:p w14:paraId="0A63CD39" w14:textId="77777777" w:rsidR="00865E94" w:rsidRDefault="00865E94">
      <w:pPr>
        <w:rPr>
          <w:lang w:eastAsia="ja-JP"/>
        </w:rPr>
      </w:pPr>
    </w:p>
    <w:p w14:paraId="31C4B217" w14:textId="77777777" w:rsidR="001156E3" w:rsidRDefault="001156E3">
      <w:pPr>
        <w:rPr>
          <w:lang w:eastAsia="ja-JP"/>
        </w:rPr>
      </w:pPr>
    </w:p>
    <w:p w14:paraId="61F0E08A" w14:textId="77777777" w:rsidR="00F436E4" w:rsidRDefault="00000000">
      <w:pPr>
        <w:pStyle w:val="21"/>
        <w:rPr>
          <w:lang w:eastAsia="ja-JP"/>
        </w:rPr>
      </w:pPr>
      <w:r>
        <w:rPr>
          <w:lang w:eastAsia="ja-JP"/>
        </w:rPr>
        <w:t xml:space="preserve">8. </w:t>
      </w:r>
      <w:r>
        <w:rPr>
          <w:lang w:eastAsia="ja-JP"/>
        </w:rPr>
        <w:t>提出者情報</w:t>
      </w:r>
    </w:p>
    <w:p w14:paraId="08296EAD" w14:textId="77777777" w:rsidR="00BD7D1E" w:rsidRDefault="00F20D47" w:rsidP="00BD7D1E">
      <w:pPr>
        <w:ind w:left="210" w:hangingChars="100" w:hanging="210"/>
        <w:rPr>
          <w:lang w:eastAsia="ja-JP"/>
        </w:rPr>
      </w:pPr>
      <w:r>
        <w:rPr>
          <w:rFonts w:hint="eastAsia"/>
          <w:lang w:eastAsia="ja-JP"/>
        </w:rPr>
        <w:t>・</w:t>
      </w:r>
      <w:r>
        <w:rPr>
          <w:lang w:eastAsia="ja-JP"/>
        </w:rPr>
        <w:t>氏名：</w:t>
      </w:r>
      <w:r w:rsidR="002C751B">
        <w:rPr>
          <w:rFonts w:hint="eastAsia"/>
          <w:lang w:eastAsia="ja-JP"/>
        </w:rPr>
        <w:t>築地　広幸</w:t>
      </w:r>
      <w:r>
        <w:rPr>
          <w:rFonts w:hint="eastAsia"/>
          <w:lang w:eastAsia="ja-JP"/>
        </w:rPr>
        <w:t xml:space="preserve">　</w:t>
      </w:r>
    </w:p>
    <w:p w14:paraId="477E9EB7" w14:textId="3138CBEC" w:rsidR="00BD7D1E" w:rsidRDefault="00BD7D1E" w:rsidP="00BD7D1E">
      <w:pPr>
        <w:ind w:left="210" w:hangingChars="100" w:hanging="210"/>
        <w:rPr>
          <w:lang w:eastAsia="ja-JP"/>
        </w:rPr>
      </w:pPr>
      <w:r>
        <w:rPr>
          <w:rFonts w:hint="eastAsia"/>
          <w:lang w:eastAsia="ja-JP"/>
        </w:rPr>
        <w:t>・</w:t>
      </w:r>
      <w:r w:rsidR="00F20D47">
        <w:rPr>
          <w:lang w:eastAsia="ja-JP"/>
        </w:rPr>
        <w:t>所属クラブ：</w:t>
      </w:r>
      <w:r w:rsidR="002C751B">
        <w:rPr>
          <w:rFonts w:hint="eastAsia"/>
          <w:lang w:eastAsia="ja-JP"/>
        </w:rPr>
        <w:t>水俣ロータリークラブ</w:t>
      </w:r>
      <w:r w:rsidR="00F20D47">
        <w:rPr>
          <w:rFonts w:hint="eastAsia"/>
          <w:lang w:eastAsia="ja-JP"/>
        </w:rPr>
        <w:t xml:space="preserve">　</w:t>
      </w:r>
    </w:p>
    <w:p w14:paraId="2D162DC4" w14:textId="074666D9" w:rsidR="00BD7D1E" w:rsidRDefault="00F20D47" w:rsidP="00BD7D1E">
      <w:pPr>
        <w:ind w:left="210" w:hangingChars="100" w:hanging="210"/>
        <w:rPr>
          <w:lang w:eastAsia="ja-JP"/>
        </w:rPr>
      </w:pPr>
      <w:r>
        <w:rPr>
          <w:rFonts w:hint="eastAsia"/>
          <w:lang w:eastAsia="ja-JP"/>
        </w:rPr>
        <w:t>・</w:t>
      </w:r>
      <w:r>
        <w:rPr>
          <w:lang w:eastAsia="ja-JP"/>
        </w:rPr>
        <w:t>メールアドレス：</w:t>
      </w:r>
      <w:r w:rsidR="00BD7D1E">
        <w:t>Minamata.rc3366@gmail.com</w:t>
      </w:r>
      <w:r>
        <w:rPr>
          <w:rFonts w:hint="eastAsia"/>
          <w:lang w:eastAsia="ja-JP"/>
        </w:rPr>
        <w:t xml:space="preserve">　</w:t>
      </w:r>
    </w:p>
    <w:p w14:paraId="70E2F335" w14:textId="74DAD748" w:rsidR="00F436E4" w:rsidRDefault="00BD7D1E" w:rsidP="00BD7D1E">
      <w:pPr>
        <w:ind w:left="210" w:hangingChars="100" w:hanging="210"/>
        <w:rPr>
          <w:lang w:eastAsia="ja-JP"/>
        </w:rPr>
      </w:pPr>
      <w:r>
        <w:rPr>
          <w:rFonts w:hint="eastAsia"/>
          <w:lang w:eastAsia="ja-JP"/>
        </w:rPr>
        <w:t>・</w:t>
      </w:r>
      <w:r w:rsidR="00F20D47">
        <w:rPr>
          <w:lang w:eastAsia="ja-JP"/>
        </w:rPr>
        <w:t>提出日：</w:t>
      </w:r>
      <w:r w:rsidR="002E48C4">
        <w:rPr>
          <w:rFonts w:hint="eastAsia"/>
          <w:lang w:eastAsia="ja-JP"/>
        </w:rPr>
        <w:t>２０２５／０６／３０</w:t>
      </w:r>
    </w:p>
    <w:sectPr w:rsidR="00F436E4" w:rsidSect="00865E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60409020205020404"/>
    <w:charset w:val="00"/>
    <w:family w:val="auto"/>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807501694">
    <w:abstractNumId w:val="8"/>
  </w:num>
  <w:num w:numId="2" w16cid:durableId="1713993157">
    <w:abstractNumId w:val="6"/>
  </w:num>
  <w:num w:numId="3" w16cid:durableId="2128155996">
    <w:abstractNumId w:val="5"/>
  </w:num>
  <w:num w:numId="4" w16cid:durableId="1467090485">
    <w:abstractNumId w:val="4"/>
  </w:num>
  <w:num w:numId="5" w16cid:durableId="466779758">
    <w:abstractNumId w:val="7"/>
  </w:num>
  <w:num w:numId="6" w16cid:durableId="405807477">
    <w:abstractNumId w:val="3"/>
  </w:num>
  <w:num w:numId="7" w16cid:durableId="431825903">
    <w:abstractNumId w:val="2"/>
  </w:num>
  <w:num w:numId="8" w16cid:durableId="26495046">
    <w:abstractNumId w:val="1"/>
  </w:num>
  <w:num w:numId="9" w16cid:durableId="587547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56E3"/>
    <w:rsid w:val="0015074B"/>
    <w:rsid w:val="002129CE"/>
    <w:rsid w:val="0025380C"/>
    <w:rsid w:val="0029639D"/>
    <w:rsid w:val="002C751B"/>
    <w:rsid w:val="002E48C4"/>
    <w:rsid w:val="00326F90"/>
    <w:rsid w:val="00454155"/>
    <w:rsid w:val="004E6AF5"/>
    <w:rsid w:val="00647590"/>
    <w:rsid w:val="007A41DC"/>
    <w:rsid w:val="00865E94"/>
    <w:rsid w:val="008E7953"/>
    <w:rsid w:val="00AA1D8D"/>
    <w:rsid w:val="00B47730"/>
    <w:rsid w:val="00BD7D1E"/>
    <w:rsid w:val="00CB0664"/>
    <w:rsid w:val="00D40408"/>
    <w:rsid w:val="00D930C8"/>
    <w:rsid w:val="00E12C80"/>
    <w:rsid w:val="00E25D7B"/>
    <w:rsid w:val="00F01FA8"/>
    <w:rsid w:val="00F20D47"/>
    <w:rsid w:val="00F436E4"/>
    <w:rsid w:val="00F960D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4AC71155"/>
  <w14:defaultImageDpi w14:val="300"/>
  <w15:docId w15:val="{8BD92BD1-83B3-449F-B1C7-8A821229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sz w:val="21"/>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Web">
    <w:name w:val="Normal (Web)"/>
    <w:basedOn w:val="a1"/>
    <w:uiPriority w:val="99"/>
    <w:unhideWhenUsed/>
    <w:rsid w:val="00E12C80"/>
    <w:pPr>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130</Words>
  <Characters>746</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Plus ケ・セラ</cp:lastModifiedBy>
  <cp:revision>9</cp:revision>
  <cp:lastPrinted>2025-04-11T07:30:00Z</cp:lastPrinted>
  <dcterms:created xsi:type="dcterms:W3CDTF">2013-12-23T23:15:00Z</dcterms:created>
  <dcterms:modified xsi:type="dcterms:W3CDTF">2025-10-11T07:02:00Z</dcterms:modified>
  <cp:category/>
</cp:coreProperties>
</file>